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4706"/>
        <w:gridCol w:w="4706"/>
      </w:tblGrid>
      <w:tr w:rsidR="008A5595" w14:paraId="27935693" w14:textId="77777777">
        <w:trPr>
          <w:jc w:val="center"/>
        </w:trPr>
        <w:tc>
          <w:tcPr>
            <w:tcW w:w="4706" w:type="dxa"/>
            <w:tcBorders>
              <w:bottom w:val="single" w:sz="12" w:space="0" w:color="1F4E79"/>
            </w:tcBorders>
            <w:vAlign w:val="center"/>
          </w:tcPr>
          <w:p w14:paraId="2B15B263" w14:textId="77777777" w:rsidR="008A5595" w:rsidRDefault="00A456DF">
            <w:r>
              <w:rPr>
                <w:b/>
                <w:sz w:val="34"/>
              </w:rPr>
              <w:t>IWJC-Korea 2027</w:t>
            </w:r>
          </w:p>
          <w:p w14:paraId="7A69407A" w14:textId="77777777" w:rsidR="008A5595" w:rsidRDefault="00A456DF">
            <w:pPr>
              <w:spacing w:before="20"/>
            </w:pPr>
            <w:r>
              <w:rPr>
                <w:sz w:val="17"/>
              </w:rPr>
              <w:t>International Welding &amp; Joining Conference-Korea 2027</w:t>
            </w:r>
          </w:p>
        </w:tc>
        <w:tc>
          <w:tcPr>
            <w:tcW w:w="4706" w:type="dxa"/>
            <w:tcBorders>
              <w:bottom w:val="single" w:sz="12" w:space="0" w:color="1F4E79"/>
            </w:tcBorders>
            <w:vAlign w:val="center"/>
          </w:tcPr>
          <w:p w14:paraId="32DB7139" w14:textId="082DB4F8" w:rsidR="008A5595" w:rsidRDefault="00A456DF">
            <w:pPr>
              <w:jc w:val="right"/>
            </w:pPr>
            <w:r>
              <w:rPr>
                <w:b/>
                <w:sz w:val="16"/>
              </w:rPr>
              <w:t>April 20–23, 2027</w:t>
            </w:r>
            <w:r>
              <w:rPr>
                <w:b/>
                <w:sz w:val="16"/>
              </w:rPr>
              <w:br/>
              <w:t>BPEX, Busan, Korea</w:t>
            </w:r>
          </w:p>
        </w:tc>
      </w:tr>
    </w:tbl>
    <w:p w14:paraId="5A6D0816" w14:textId="4625355F" w:rsidR="008A5595" w:rsidRDefault="008A5595">
      <w:pPr>
        <w:spacing w:before="160" w:after="160"/>
        <w:jc w:val="center"/>
      </w:pPr>
    </w:p>
    <w:p w14:paraId="23DC2729" w14:textId="77777777" w:rsidR="008A5595" w:rsidRDefault="00A456DF">
      <w:pPr>
        <w:spacing w:before="80" w:after="140"/>
        <w:jc w:val="center"/>
      </w:pPr>
      <w:r>
        <w:rPr>
          <w:b/>
          <w:sz w:val="30"/>
        </w:rPr>
        <w:t>Title of the Abstract</w:t>
      </w:r>
    </w:p>
    <w:p w14:paraId="4FD70A57" w14:textId="360D6A89" w:rsidR="008A5595" w:rsidRDefault="00A456DF">
      <w:pPr>
        <w:spacing w:after="80"/>
        <w:jc w:val="center"/>
      </w:pPr>
      <w:r>
        <w:rPr>
          <w:b/>
          <w:sz w:val="22"/>
        </w:rPr>
        <w:t>First Author</w:t>
      </w:r>
      <w:r w:rsidR="00FA2094" w:rsidRPr="00983697">
        <w:rPr>
          <w:b/>
          <w:sz w:val="22"/>
          <w:vertAlign w:val="superscript"/>
        </w:rPr>
        <w:t>1</w:t>
      </w:r>
      <w:r w:rsidR="004F4981" w:rsidRPr="00983697">
        <w:rPr>
          <w:b/>
          <w:sz w:val="22"/>
          <w:vertAlign w:val="superscript"/>
        </w:rPr>
        <w:t>,†</w:t>
      </w:r>
      <w:r>
        <w:rPr>
          <w:b/>
          <w:sz w:val="22"/>
        </w:rPr>
        <w:t>, Second Author</w:t>
      </w:r>
      <w:r w:rsidR="00FA2094" w:rsidRPr="00983697">
        <w:rPr>
          <w:b/>
          <w:sz w:val="22"/>
          <w:vertAlign w:val="superscript"/>
        </w:rPr>
        <w:t>2</w:t>
      </w:r>
      <w:r>
        <w:rPr>
          <w:b/>
          <w:sz w:val="22"/>
        </w:rPr>
        <w:t>, and Third Author</w:t>
      </w:r>
      <w:r w:rsidR="00FA2094" w:rsidRPr="00983697">
        <w:rPr>
          <w:b/>
          <w:sz w:val="22"/>
          <w:vertAlign w:val="superscript"/>
        </w:rPr>
        <w:t>3,*</w:t>
      </w:r>
    </w:p>
    <w:p w14:paraId="07B47929" w14:textId="65A7D029" w:rsidR="008A5595" w:rsidRDefault="00A456DF">
      <w:pPr>
        <w:spacing w:after="20"/>
        <w:jc w:val="center"/>
      </w:pPr>
      <w:r>
        <w:rPr>
          <w:i/>
          <w:sz w:val="18"/>
        </w:rPr>
        <w:t>¹</w:t>
      </w:r>
      <w:r w:rsidR="00FA2094" w:rsidRPr="00FA2094">
        <w:t xml:space="preserve"> </w:t>
      </w:r>
      <w:r w:rsidR="00FA2094">
        <w:t>Department/Division, Organization, City, Country</w:t>
      </w:r>
    </w:p>
    <w:p w14:paraId="3198CD4C" w14:textId="2A5759FA" w:rsidR="008A5595" w:rsidRDefault="00A456DF">
      <w:pPr>
        <w:spacing w:after="20"/>
        <w:jc w:val="center"/>
      </w:pPr>
      <w:r>
        <w:rPr>
          <w:i/>
          <w:sz w:val="18"/>
        </w:rPr>
        <w:t>²</w:t>
      </w:r>
      <w:r w:rsidR="00FA2094" w:rsidRPr="00FA2094">
        <w:t xml:space="preserve"> </w:t>
      </w:r>
      <w:r w:rsidR="00FA2094">
        <w:t>Department/Division, Organization, City, Country</w:t>
      </w:r>
    </w:p>
    <w:p w14:paraId="4E08A750" w14:textId="1321BDE7" w:rsidR="008A5595" w:rsidRDefault="00A456DF">
      <w:pPr>
        <w:spacing w:after="20"/>
        <w:jc w:val="center"/>
      </w:pPr>
      <w:r>
        <w:rPr>
          <w:i/>
          <w:sz w:val="18"/>
        </w:rPr>
        <w:t>³</w:t>
      </w:r>
      <w:r w:rsidR="00FA2094" w:rsidRPr="00FA2094">
        <w:t xml:space="preserve"> </w:t>
      </w:r>
      <w:r w:rsidR="00FA2094">
        <w:t>Department/Division, Organization, City, Country</w:t>
      </w:r>
    </w:p>
    <w:p w14:paraId="5EBBBFEC" w14:textId="77777777" w:rsidR="004F4981" w:rsidRPr="00983697" w:rsidRDefault="004F4981" w:rsidP="00983697">
      <w:pPr>
        <w:spacing w:after="20"/>
        <w:jc w:val="center"/>
        <w:rPr>
          <w:i/>
          <w:sz w:val="18"/>
        </w:rPr>
      </w:pPr>
    </w:p>
    <w:p w14:paraId="3BA2B99A" w14:textId="1578BA47" w:rsidR="004F4981" w:rsidRPr="00983697" w:rsidRDefault="004F4981" w:rsidP="00983697">
      <w:pPr>
        <w:spacing w:after="20"/>
        <w:jc w:val="center"/>
        <w:rPr>
          <w:i/>
          <w:sz w:val="18"/>
        </w:rPr>
      </w:pPr>
      <w:r w:rsidRPr="00983697">
        <w:rPr>
          <w:i/>
          <w:sz w:val="18"/>
          <w:vertAlign w:val="superscript"/>
        </w:rPr>
        <w:t>†</w:t>
      </w:r>
      <w:r>
        <w:rPr>
          <w:i/>
          <w:sz w:val="18"/>
        </w:rPr>
        <w:t>Present</w:t>
      </w:r>
      <w:r w:rsidR="00FA2094" w:rsidRPr="00983697">
        <w:rPr>
          <w:rFonts w:hint="eastAsia"/>
          <w:i/>
          <w:sz w:val="18"/>
        </w:rPr>
        <w:t>i</w:t>
      </w:r>
      <w:r w:rsidR="00FA2094" w:rsidRPr="00983697">
        <w:rPr>
          <w:i/>
          <w:sz w:val="18"/>
        </w:rPr>
        <w:t xml:space="preserve">ng </w:t>
      </w:r>
      <w:r w:rsidR="00FA2094">
        <w:rPr>
          <w:i/>
          <w:sz w:val="18"/>
        </w:rPr>
        <w:t>author</w:t>
      </w:r>
    </w:p>
    <w:p w14:paraId="3D078593" w14:textId="5FEDAA14" w:rsidR="008A5595" w:rsidRPr="00983697" w:rsidRDefault="00A456DF" w:rsidP="00983697">
      <w:pPr>
        <w:spacing w:after="20"/>
        <w:jc w:val="center"/>
        <w:rPr>
          <w:i/>
          <w:sz w:val="18"/>
        </w:rPr>
      </w:pPr>
      <w:r w:rsidRPr="00983697">
        <w:rPr>
          <w:i/>
          <w:sz w:val="18"/>
        </w:rPr>
        <w:t>*Corresponding author: abs@abc.or.kr</w:t>
      </w:r>
    </w:p>
    <w:p w14:paraId="649C2640" w14:textId="77777777" w:rsidR="008A5595" w:rsidRDefault="00A456DF">
      <w:pPr>
        <w:spacing w:after="100"/>
        <w:jc w:val="center"/>
      </w:pPr>
      <w:r>
        <w:rPr>
          <w:b/>
          <w:sz w:val="22"/>
        </w:rPr>
        <w:t>Abstract</w:t>
      </w:r>
    </w:p>
    <w:p w14:paraId="55745AE3" w14:textId="7182AB18" w:rsidR="008A5595" w:rsidRDefault="00A456DF">
      <w:pPr>
        <w:spacing w:after="160"/>
        <w:jc w:val="both"/>
      </w:pPr>
      <w:r>
        <w:t>Please replace this text with your abstract. The abstract should clearly and concisely describe the purpose of the study, methodology or approach, principal results, and major conclusions. Please prepare the abstract in English for the international conference. Use Arial 10 pt, single line spacing, and justified alignment. Keep the abstract within one A4 page including the title, authors, affiliations, keywords, and acknowledgement</w:t>
      </w:r>
      <w:r w:rsidR="004F4981">
        <w:t>s</w:t>
      </w:r>
      <w:r>
        <w:t>, if applicable. Figures, tables, equations, and references should be avoided unless they are essential to understanding the work. Please do not alter the page size, margins, or overall layout of this template. The submitted file should be carefully checked for spelling, grammar, author names, affiliations, and contact information before submission.</w:t>
      </w:r>
    </w:p>
    <w:p w14:paraId="6BCF970C" w14:textId="76B2CEA7" w:rsidR="008A5595" w:rsidRDefault="00A456DF">
      <w:pPr>
        <w:spacing w:after="200"/>
      </w:pPr>
      <w:r>
        <w:rPr>
          <w:b/>
        </w:rPr>
        <w:t xml:space="preserve">Keywords: </w:t>
      </w:r>
      <w:r w:rsidR="004F4981" w:rsidRPr="00983697">
        <w:t>Keyword 1</w:t>
      </w:r>
      <w:r>
        <w:t xml:space="preserve">, </w:t>
      </w:r>
      <w:r w:rsidR="004F4981" w:rsidRPr="00FB7C65">
        <w:t xml:space="preserve">Keyword </w:t>
      </w:r>
      <w:r w:rsidR="004F4981">
        <w:t>2</w:t>
      </w:r>
      <w:r>
        <w:t xml:space="preserve">, </w:t>
      </w:r>
      <w:r w:rsidR="004F4981" w:rsidRPr="00FB7C65">
        <w:t xml:space="preserve">Keyword </w:t>
      </w:r>
      <w:r w:rsidR="004F4981">
        <w:t>3</w:t>
      </w:r>
      <w:r>
        <w:t xml:space="preserve">, </w:t>
      </w:r>
      <w:r w:rsidR="004F4981" w:rsidRPr="00FB7C65">
        <w:t xml:space="preserve">Keyword </w:t>
      </w:r>
      <w:r w:rsidR="004F4981">
        <w:t>4</w:t>
      </w:r>
      <w:r>
        <w:t xml:space="preserve">, </w:t>
      </w:r>
      <w:r w:rsidR="004F4981" w:rsidRPr="00FB7C65">
        <w:t xml:space="preserve">Keyword </w:t>
      </w:r>
      <w:r w:rsidR="004F4981">
        <w:t>5</w:t>
      </w:r>
    </w:p>
    <w:p w14:paraId="15E2865F" w14:textId="4C71BF64" w:rsidR="008A5595" w:rsidRDefault="00A456DF">
      <w:pPr>
        <w:spacing w:after="80"/>
      </w:pPr>
      <w:r>
        <w:rPr>
          <w:b/>
        </w:rPr>
        <w:t>Acknowledgement</w:t>
      </w:r>
      <w:r w:rsidR="004F4981">
        <w:rPr>
          <w:b/>
        </w:rPr>
        <w:t>s</w:t>
      </w:r>
    </w:p>
    <w:p w14:paraId="2E49AA47" w14:textId="77777777" w:rsidR="008A5595" w:rsidRDefault="00A456DF">
      <w:pPr>
        <w:jc w:val="both"/>
      </w:pPr>
      <w:r>
        <w:rPr>
          <w:sz w:val="18"/>
        </w:rPr>
        <w:t>(Optional) Please provide funding information or other acknowledgements, if applicable.</w:t>
      </w:r>
    </w:p>
    <w:p w14:paraId="5B162F5F" w14:textId="77777777" w:rsidR="008A5595" w:rsidRDefault="008A5595">
      <w:pPr>
        <w:spacing w:after="40"/>
      </w:pPr>
    </w:p>
    <w:tbl>
      <w:tblPr>
        <w:tblW w:w="0" w:type="auto"/>
        <w:jc w:val="center"/>
        <w:tblLook w:val="04A0" w:firstRow="1" w:lastRow="0" w:firstColumn="1" w:lastColumn="0" w:noHBand="0" w:noVBand="1"/>
      </w:tblPr>
      <w:tblGrid>
        <w:gridCol w:w="9412"/>
      </w:tblGrid>
      <w:tr w:rsidR="008A5595" w14:paraId="658C6770" w14:textId="77777777">
        <w:trPr>
          <w:jc w:val="center"/>
        </w:trPr>
        <w:tc>
          <w:tcPr>
            <w:tcW w:w="9412" w:type="dxa"/>
            <w:tcBorders>
              <w:top w:val="single" w:sz="6" w:space="0" w:color="9EADBA"/>
              <w:left w:val="single" w:sz="6" w:space="0" w:color="9EADBA"/>
              <w:bottom w:val="single" w:sz="6" w:space="0" w:color="9EADBA"/>
              <w:right w:val="single" w:sz="6" w:space="0" w:color="9EADBA"/>
            </w:tcBorders>
            <w:shd w:val="clear" w:color="auto" w:fill="EAF2F8"/>
          </w:tcPr>
          <w:p w14:paraId="7D243795" w14:textId="7352FC0E" w:rsidR="008A5595" w:rsidRDefault="00A456DF">
            <w:pPr>
              <w:spacing w:after="40"/>
            </w:pPr>
            <w:r>
              <w:rPr>
                <w:b/>
                <w:sz w:val="18"/>
              </w:rPr>
              <w:t>Formatting Notes</w:t>
            </w:r>
            <w:r w:rsidR="004F4981">
              <w:rPr>
                <w:b/>
                <w:sz w:val="18"/>
              </w:rPr>
              <w:t xml:space="preserve"> </w:t>
            </w:r>
            <w:r w:rsidR="004F4981" w:rsidRPr="00983697">
              <w:rPr>
                <w:b/>
                <w:color w:val="FF0000"/>
                <w:sz w:val="18"/>
              </w:rPr>
              <w:t>(</w:t>
            </w:r>
            <w:r w:rsidR="00FA2094">
              <w:rPr>
                <w:b/>
                <w:color w:val="FF0000"/>
                <w:sz w:val="18"/>
              </w:rPr>
              <w:t xml:space="preserve">Important: </w:t>
            </w:r>
            <w:r w:rsidR="004F4981" w:rsidRPr="00983697">
              <w:rPr>
                <w:b/>
                <w:color w:val="FF0000"/>
                <w:sz w:val="18"/>
              </w:rPr>
              <w:t>Delete this box before submission.)</w:t>
            </w:r>
          </w:p>
          <w:p w14:paraId="71755ACB" w14:textId="062261AA" w:rsidR="008A5595" w:rsidRDefault="00A456DF">
            <w:pPr>
              <w:rPr>
                <w:lang w:eastAsia="ko-KR"/>
              </w:rPr>
            </w:pPr>
            <w:r>
              <w:rPr>
                <w:sz w:val="17"/>
              </w:rPr>
              <w:t>• Paper size: A4 / Maximum length: 1 page</w:t>
            </w:r>
            <w:r w:rsidR="004F4981">
              <w:rPr>
                <w:sz w:val="17"/>
              </w:rPr>
              <w:t xml:space="preserve"> (</w:t>
            </w:r>
            <w:r w:rsidR="004F4981" w:rsidRPr="004F4981">
              <w:rPr>
                <w:sz w:val="17"/>
              </w:rPr>
              <w:t>Approximately 300–400 words</w:t>
            </w:r>
            <w:r w:rsidR="004F4981">
              <w:rPr>
                <w:sz w:val="17"/>
              </w:rPr>
              <w:t>)</w:t>
            </w:r>
          </w:p>
          <w:p w14:paraId="3E290DC4" w14:textId="77777777" w:rsidR="008A5595" w:rsidRDefault="00A456DF">
            <w:r>
              <w:rPr>
                <w:sz w:val="17"/>
              </w:rPr>
              <w:t>• Language: English</w:t>
            </w:r>
          </w:p>
          <w:p w14:paraId="4801E0F5" w14:textId="77777777" w:rsidR="008A5595" w:rsidRDefault="00A456DF">
            <w:r>
              <w:rPr>
                <w:sz w:val="17"/>
              </w:rPr>
              <w:t>• Font: Arial (Title 15 pt; Authors 11 pt; Main text 10 pt)</w:t>
            </w:r>
          </w:p>
          <w:p w14:paraId="3174718B" w14:textId="77777777" w:rsidR="008A5595" w:rsidRDefault="00A456DF">
            <w:pPr>
              <w:rPr>
                <w:sz w:val="17"/>
              </w:rPr>
            </w:pPr>
            <w:r>
              <w:rPr>
                <w:sz w:val="17"/>
              </w:rPr>
              <w:t>• File format: Microsoft Word (.docx)</w:t>
            </w:r>
          </w:p>
          <w:p w14:paraId="0B1FFF28" w14:textId="63E0B45D" w:rsidR="004F4981" w:rsidRDefault="004F4981">
            <w:r>
              <w:rPr>
                <w:sz w:val="17"/>
              </w:rPr>
              <w:t xml:space="preserve">• </w:t>
            </w:r>
            <w:r w:rsidRPr="00983697">
              <w:rPr>
                <w:sz w:val="17"/>
              </w:rPr>
              <w:t>Provide 3–5 keywords separated by commas.</w:t>
            </w:r>
          </w:p>
        </w:tc>
      </w:tr>
    </w:tbl>
    <w:p w14:paraId="56691F95" w14:textId="77777777" w:rsidR="00A456DF" w:rsidRDefault="00A456DF"/>
    <w:sectPr w:rsidR="00A456DF" w:rsidSect="00034616">
      <w:footerReference w:type="default" r:id="rId8"/>
      <w:pgSz w:w="11906" w:h="16838"/>
      <w:pgMar w:top="1134" w:right="1247"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BE44C" w14:textId="77777777" w:rsidR="003A0817" w:rsidRDefault="003A0817">
      <w:r>
        <w:separator/>
      </w:r>
    </w:p>
  </w:endnote>
  <w:endnote w:type="continuationSeparator" w:id="0">
    <w:p w14:paraId="14711A44" w14:textId="77777777" w:rsidR="003A0817" w:rsidRDefault="003A0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D760A" w14:textId="44AEE27D" w:rsidR="008A5595" w:rsidRDefault="00A456DF">
    <w:pPr>
      <w:pStyle w:val="a6"/>
      <w:jc w:val="center"/>
    </w:pPr>
    <w:r>
      <w:rPr>
        <w:sz w:val="16"/>
      </w:rPr>
      <w:t>IWJC-Korea 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5261D" w14:textId="77777777" w:rsidR="003A0817" w:rsidRDefault="003A0817">
      <w:r>
        <w:separator/>
      </w:r>
    </w:p>
  </w:footnote>
  <w:footnote w:type="continuationSeparator" w:id="0">
    <w:p w14:paraId="0BE49905" w14:textId="77777777" w:rsidR="003A0817" w:rsidRDefault="003A08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A0817"/>
    <w:rsid w:val="00402C39"/>
    <w:rsid w:val="00446266"/>
    <w:rsid w:val="004F4981"/>
    <w:rsid w:val="008A5595"/>
    <w:rsid w:val="00983697"/>
    <w:rsid w:val="00A456DF"/>
    <w:rsid w:val="00AA1D8D"/>
    <w:rsid w:val="00B47730"/>
    <w:rsid w:val="00CB0664"/>
    <w:rsid w:val="00D57372"/>
    <w:rsid w:val="00FA209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81064F"/>
  <w14:defaultImageDpi w14:val="300"/>
  <w15:docId w15:val="{0B705B7F-51B6-4B67-BD52-82F68B5DD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240" w:lineRule="auto"/>
    </w:pPr>
    <w:rPr>
      <w:rFonts w:ascii="Arial" w:hAnsi="Arial"/>
      <w:sz w:val="20"/>
    </w:rPr>
  </w:style>
  <w:style w:type="paragraph" w:styleId="1">
    <w:name w:val="heading 1"/>
    <w:basedOn w:val="a1"/>
    <w:next w:val="a1"/>
    <w:link w:val="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1">
    <w:name w:val="annotation reference"/>
    <w:basedOn w:val="a2"/>
    <w:uiPriority w:val="99"/>
    <w:semiHidden/>
    <w:unhideWhenUsed/>
    <w:rsid w:val="00D57372"/>
    <w:rPr>
      <w:sz w:val="18"/>
      <w:szCs w:val="18"/>
    </w:rPr>
  </w:style>
  <w:style w:type="paragraph" w:styleId="aff2">
    <w:name w:val="annotation text"/>
    <w:basedOn w:val="a1"/>
    <w:link w:val="Char7"/>
    <w:uiPriority w:val="99"/>
    <w:semiHidden/>
    <w:unhideWhenUsed/>
    <w:rsid w:val="00D57372"/>
  </w:style>
  <w:style w:type="character" w:customStyle="1" w:styleId="Char7">
    <w:name w:val="메모 텍스트 Char"/>
    <w:basedOn w:val="a2"/>
    <w:link w:val="aff2"/>
    <w:uiPriority w:val="99"/>
    <w:semiHidden/>
    <w:rsid w:val="00D57372"/>
    <w:rPr>
      <w:rFonts w:ascii="Arial" w:hAnsi="Arial"/>
      <w:sz w:val="20"/>
    </w:rPr>
  </w:style>
  <w:style w:type="paragraph" w:styleId="aff3">
    <w:name w:val="annotation subject"/>
    <w:basedOn w:val="aff2"/>
    <w:next w:val="aff2"/>
    <w:link w:val="Char8"/>
    <w:uiPriority w:val="99"/>
    <w:semiHidden/>
    <w:unhideWhenUsed/>
    <w:rsid w:val="00D57372"/>
    <w:rPr>
      <w:b/>
      <w:bCs/>
    </w:rPr>
  </w:style>
  <w:style w:type="character" w:customStyle="1" w:styleId="Char8">
    <w:name w:val="메모 주제 Char"/>
    <w:basedOn w:val="Char7"/>
    <w:link w:val="aff3"/>
    <w:uiPriority w:val="99"/>
    <w:semiHidden/>
    <w:rsid w:val="00D57372"/>
    <w:rPr>
      <w:rFonts w:ascii="Arial" w:hAnsi="Arial"/>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1414</Characters>
  <Application>Microsoft Office Word</Application>
  <DocSecurity>0</DocSecurity>
  <Lines>11</Lines>
  <Paragraphs>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성욱 강</cp:lastModifiedBy>
  <cp:revision>2</cp:revision>
  <dcterms:created xsi:type="dcterms:W3CDTF">2026-08-27T07:44:00Z</dcterms:created>
  <dcterms:modified xsi:type="dcterms:W3CDTF">2026-08-27T07:44:00Z</dcterms:modified>
  <cp:category/>
</cp:coreProperties>
</file>